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rFonts w:ascii="Arial" w:hAnsi="Arial"/>
          <w:b/>
          <w:caps/>
          <w:color w:val="2E3A59"/>
          <w:sz w:val="40"/>
        </w:rPr>
        <w:t>Коммерческое предложение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20" w:type="dxa"/>
          <w:left w:w="0" w:type="dxa"/>
          <w:bottom w:w="20" w:type="dxa"/>
          <w:right w:w="80" w:type="dxa"/>
        </w:tblCellMar>
      </w:tblPr>
      <w:tblGrid>
        <w:gridCol w:w="1701"/>
        <w:gridCol w:w="8504"/>
      </w:tblGrid>
      <w:tr>
        <w:tc>
          <w:tcPr>
            <w:tcW w:type="dxa" w:w="1080000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color w:val="6B7280"/>
                <w:sz w:val="18"/>
              </w:rPr>
              <w:t>Клиент</w:t>
            </w:r>
          </w:p>
        </w:tc>
        <w:tc>
          <w:tcPr>
            <w:tcW w:type="dxa" w:w="5400000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caps w:val="0"/>
                <w:sz w:val="18"/>
              </w:rPr>
              <w:t>{{ obj.COMPANY_ID.TITLE if obj.COMPANY_ID else (obj.COMPANY_TITLE or obj.CONTACT_ID.FULL_NAME or obj.TITLE) }}</w:t>
            </w:r>
          </w:p>
        </w:tc>
      </w:tr>
      <w:tr>
        <w:tc>
          <w:tcPr>
            <w:tcW w:type="dxa" w:w="1080000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color w:val="6B7280"/>
                <w:sz w:val="18"/>
              </w:rPr>
              <w:t>Дата</w:t>
            </w:r>
          </w:p>
        </w:tc>
        <w:tc>
          <w:tcPr>
            <w:tcW w:type="dxa" w:w="5400000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caps w:val="0"/>
                <w:sz w:val="18"/>
              </w:rPr>
              <w:t>{{ obj.DATE_CREATE|date("d.m.Y") }}</w:t>
            </w:r>
          </w:p>
        </w:tc>
      </w:tr>
      <w:tr>
        <w:tc>
          <w:tcPr>
            <w:tcW w:type="dxa" w:w="1080000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color w:val="6B7280"/>
                <w:sz w:val="18"/>
              </w:rPr>
              <w:t>Менеджер</w:t>
            </w:r>
          </w:p>
        </w:tc>
        <w:tc>
          <w:tcPr>
            <w:tcW w:type="dxa" w:w="5400000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caps w:val="0"/>
                <w:sz w:val="18"/>
              </w:rPr>
              <w:t>{{ obj.ASSIGNED_BY_ID.NAME }} {{ obj.ASSIGNED_BY_ID.LAST_NAME }}</w:t>
            </w:r>
          </w:p>
        </w:tc>
      </w:tr>
    </w:tbl>
    <w:p>
      <w:pPr>
        <w:spacing w:after="120" w:before="0"/>
      </w:pPr>
      <w:r>
        <w:rPr>
          <w:rFonts w:ascii="Arial" w:hAnsi="Arial"/>
          <w:b w:val="0"/>
          <w:caps w:val="0"/>
          <w:sz w:val="18"/>
        </w:rPr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set blocks = group_by_sections(obj.productrows) %}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for b in blocks %}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if b.type == "section" and b.level == 1 %}</w:t>
      </w:r>
    </w:p>
    <w:p>
      <w:pPr>
        <w:keepNext/>
        <w:spacing w:after="160" w:before="280"/>
        <w:jc w:val="center"/>
      </w:pPr>
      <w:r>
        <w:rPr>
          <w:rFonts w:ascii="Arial" w:hAnsi="Arial"/>
          <w:b/>
          <w:caps/>
          <w:color w:val="2E3A59"/>
          <w:sz w:val="32"/>
        </w:rPr>
        <w:t>{{ b.title }}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elif b.type == "section" and b.level == 2 %}</w:t>
      </w:r>
    </w:p>
    <w:p>
      <w:pPr>
        <w:keepNext/>
        <w:spacing w:after="80" w:before="200"/>
      </w:pPr>
      <w:r>
        <w:rPr>
          <w:rFonts w:ascii="Arial" w:hAnsi="Arial"/>
          <w:b w:val="0"/>
          <w:caps/>
          <w:color w:val="2E3A59"/>
          <w:sz w:val="24"/>
        </w:rPr>
        <w:t>{{ b.title }}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elif b.type == "section" %}</w:t>
      </w:r>
    </w:p>
    <w:p>
      <w:pPr>
        <w:keepNext/>
        <w:spacing w:after="40" w:before="120"/>
      </w:pPr>
      <w:r>
        <w:rPr>
          <w:rFonts w:ascii="Arial" w:hAnsi="Arial"/>
          <w:b/>
          <w:caps w:val="0"/>
          <w:color w:val="2E3A59"/>
          <w:sz w:val="20"/>
        </w:rPr>
        <w:t>{{ b.title }}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else %}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jc w:val="center"/>
        <w:tblBorders>
          <w:top w:val="single" w:sz="4" w:color="D0D4DA"/>
          <w:left w:val="nil"/>
          <w:bottom w:val="single" w:sz="4" w:color="D0D4DA"/>
          <w:right w:val="nil"/>
          <w:insideH w:val="single" w:sz="4" w:color="D0D4DA"/>
          <w:insideV w:val="nil"/>
        </w:tblBorders>
        <w:tblCellMar>
          <w:top w:w="120" w:type="dxa"/>
          <w:left w:w="80" w:type="dxa"/>
          <w:bottom w:w="120" w:type="dxa"/>
          <w:right w:w="80" w:type="dxa"/>
        </w:tblCellMar>
      </w:tblPr>
      <w:tblGrid>
        <w:gridCol w:w="1587"/>
        <w:gridCol w:w="4649"/>
        <w:gridCol w:w="1247"/>
        <w:gridCol w:w="1361"/>
        <w:gridCol w:w="1361"/>
      </w:tblGrid>
      <w:tr>
        <w:trPr>
          <w:tblHeader/>
        </w:trPr>
        <w:tc>
          <w:tcPr>
            <w:tcW w:type="dxa" w:w="1007999"/>
            <w:vAlign w:val="center"/>
            <w:shd w:val="clear" w:color="auto" w:fill="F2F3F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caps w:val="0"/>
                <w:color w:val="6B7280"/>
                <w:sz w:val="14"/>
              </w:rPr>
            </w:r>
          </w:p>
        </w:tc>
        <w:tc>
          <w:tcPr>
            <w:tcW w:type="dxa" w:w="2951999"/>
            <w:vAlign w:val="center"/>
            <w:shd w:val="clear" w:color="auto" w:fill="F2F3F5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caps w:val="0"/>
                <w:color w:val="6B7280"/>
                <w:sz w:val="14"/>
              </w:rPr>
              <w:t>Наименование</w:t>
            </w:r>
          </w:p>
        </w:tc>
        <w:tc>
          <w:tcPr>
            <w:tcW w:type="dxa" w:w="792000"/>
            <w:vAlign w:val="center"/>
            <w:shd w:val="clear" w:color="auto" w:fill="F2F3F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caps w:val="0"/>
                <w:color w:val="6B7280"/>
                <w:sz w:val="14"/>
              </w:rPr>
              <w:t>Кол-во</w:t>
            </w:r>
          </w:p>
        </w:tc>
        <w:tc>
          <w:tcPr>
            <w:tcW w:type="dxa" w:w="864000"/>
            <w:vAlign w:val="center"/>
            <w:shd w:val="clear" w:color="auto" w:fill="F2F3F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caps w:val="0"/>
                <w:color w:val="6B7280"/>
                <w:sz w:val="14"/>
              </w:rPr>
              <w:t>Цена</w:t>
            </w:r>
          </w:p>
        </w:tc>
        <w:tc>
          <w:tcPr>
            <w:tcW w:type="dxa" w:w="864000"/>
            <w:vAlign w:val="center"/>
            <w:shd w:val="clear" w:color="auto" w:fill="F2F3F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caps w:val="0"/>
                <w:color w:val="6B7280"/>
                <w:sz w:val="14"/>
              </w:rPr>
              <w:t>Сумма</w:t>
            </w:r>
          </w:p>
        </w:tc>
      </w:tr>
      <w:tr>
        <w:tc>
          <w:tcPr>
            <w:tcW w:type="dxa" w:w="1007999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color w:val="A0A0A0"/>
                <w:sz w:val="12"/>
              </w:rPr>
              <w:t>{%tr for row in b.rows %}</w:t>
            </w:r>
          </w:p>
        </w:tc>
        <w:tc>
          <w:tcPr>
            <w:tcW w:type="dxa" w:w="2951999"/>
          </w:tcPr>
          <w:p/>
        </w:tc>
        <w:tc>
          <w:tcPr>
            <w:tcW w:type="dxa" w:w="792000"/>
          </w:tcPr>
          <w:p/>
        </w:tc>
        <w:tc>
          <w:tcPr>
            <w:tcW w:type="dxa" w:w="864000"/>
          </w:tcPr>
          <w:p/>
        </w:tc>
        <w:tc>
          <w:tcPr>
            <w:tcW w:type="dxa" w:w="864000"/>
          </w:tcPr>
          <w:p/>
        </w:tc>
      </w:tr>
      <w:tr>
        <w:trPr>
          <w:cantSplit/>
        </w:trPr>
        <w:tc>
          <w:tcPr>
            <w:tcW w:type="dxa" w:w="1007999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caps w:val="0"/>
                <w:sz w:val="18"/>
              </w:rPr>
              <w:t>{% if row.product %}{{ (row.product.DETAIL_PICTURE or row.product.PROPERTY_MORE_PHOTO)|inline_image(Cm(2.5), Cm(3)) }}{% endif %}</w:t>
            </w:r>
          </w:p>
        </w:tc>
        <w:tc>
          <w:tcPr>
            <w:tcW w:type="dxa" w:w="2951999"/>
            <w:vAlign w:val="center"/>
          </w:tcPr>
          <w:p>
            <w:pPr>
              <w:spacing w:after="40" w:before="0"/>
            </w:pPr>
            <w:r>
              <w:rPr>
                <w:rFonts w:ascii="Arial" w:hAnsi="Arial"/>
                <w:b/>
                <w:caps w:val="0"/>
                <w:sz w:val="20"/>
              </w:rPr>
              <w:t>{{ row.productName }}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color w:val="A0A0A0"/>
                <w:sz w:val="12"/>
              </w:rPr>
              <w:t>{%p for line in (row.product.DETAIL_TEXT if row.product else "")|lines %}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color w:val="6B7280"/>
                <w:sz w:val="16"/>
              </w:rPr>
              <w:t>{{ line }}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color w:val="A0A0A0"/>
                <w:sz w:val="12"/>
              </w:rPr>
              <w:t>{%p endfor %}</w:t>
            </w:r>
          </w:p>
        </w:tc>
        <w:tc>
          <w:tcPr>
            <w:tcW w:type="dxa" w:w="792000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caps w:val="0"/>
                <w:sz w:val="18"/>
              </w:rPr>
              <w:t>{{ row.quantity|number }} {{ row.measureName }}</w:t>
            </w:r>
          </w:p>
        </w:tc>
        <w:tc>
          <w:tcPr>
            <w:tcW w:type="dxa" w:w="864000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caps w:val="0"/>
                <w:sz w:val="18"/>
              </w:rPr>
              <w:t>{{ row.price|money }}</w:t>
            </w:r>
          </w:p>
        </w:tc>
        <w:tc>
          <w:tcPr>
            <w:tcW w:type="dxa" w:w="864000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caps w:val="0"/>
                <w:sz w:val="18"/>
              </w:rPr>
              <w:t>{{ row.sum|money }}</w:t>
            </w:r>
          </w:p>
        </w:tc>
      </w:tr>
      <w:tr>
        <w:tc>
          <w:tcPr>
            <w:tcW w:type="dxa" w:w="1007999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color w:val="A0A0A0"/>
                <w:sz w:val="12"/>
              </w:rPr>
              <w:t>{%tr endfor %}</w:t>
            </w:r>
          </w:p>
        </w:tc>
        <w:tc>
          <w:tcPr>
            <w:tcW w:type="dxa" w:w="2951999"/>
          </w:tcPr>
          <w:p/>
        </w:tc>
        <w:tc>
          <w:tcPr>
            <w:tcW w:type="dxa" w:w="792000"/>
          </w:tcPr>
          <w:p/>
        </w:tc>
        <w:tc>
          <w:tcPr>
            <w:tcW w:type="dxa" w:w="864000"/>
          </w:tcPr>
          <w:p/>
        </w:tc>
        <w:tc>
          <w:tcPr>
            <w:tcW w:type="dxa" w:w="864000"/>
          </w:tcPr>
          <w:p/>
        </w:tc>
      </w:tr>
    </w:tbl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endif %}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endfor %}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set total = obj.productrows|sum(attribute="sum") %}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if obj.productrows %}</w:t>
      </w:r>
    </w:p>
    <w:p>
      <w:pPr>
        <w:keepNext/>
        <w:spacing w:after="160" w:before="280"/>
        <w:jc w:val="center"/>
      </w:pPr>
      <w:r>
        <w:rPr>
          <w:rFonts w:ascii="Arial" w:hAnsi="Arial"/>
          <w:b/>
          <w:caps/>
          <w:color w:val="2E3A59"/>
          <w:sz w:val="32"/>
        </w:rPr>
        <w:t>Итого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0D4DA"/>
          <w:left w:val="nil"/>
          <w:bottom w:val="single" w:sz="4" w:color="D0D4DA"/>
          <w:right w:val="nil"/>
          <w:insideH w:val="single" w:sz="4" w:color="D0D4DA"/>
          <w:insideV w:val="nil"/>
        </w:tblBorders>
        <w:tblCellMar>
          <w:top w:w="120" w:type="dxa"/>
          <w:left w:w="80" w:type="dxa"/>
          <w:bottom w:w="120" w:type="dxa"/>
          <w:right w:w="80" w:type="dxa"/>
        </w:tblCellMar>
      </w:tblPr>
      <w:tblGrid>
        <w:gridCol w:w="7370"/>
        <w:gridCol w:w="2835"/>
      </w:tblGrid>
      <w:tr>
        <w:tc>
          <w:tcPr>
            <w:tcW w:type="dxa" w:w="4680000"/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aps w:val="0"/>
                <w:sz w:val="20"/>
              </w:rPr>
              <w:t>Итого</w:t>
            </w:r>
          </w:p>
        </w:tc>
        <w:tc>
          <w:tcPr>
            <w:tcW w:type="dxa" w:w="1800000"/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aps w:val="0"/>
                <w:sz w:val="22"/>
              </w:rPr>
              <w:t>{{ total|money }}</w:t>
            </w:r>
          </w:p>
        </w:tc>
      </w:tr>
    </w:tbl>
    <w:p>
      <w:pPr>
        <w:spacing w:after="0" w:before="80"/>
      </w:pPr>
      <w:r>
        <w:rPr>
          <w:rFonts w:ascii="Arial" w:hAnsi="Arial"/>
          <w:b w:val="0"/>
          <w:caps w:val="0"/>
          <w:color w:val="6B7280"/>
          <w:sz w:val="18"/>
        </w:rPr>
        <w:t>Сумма прописью: {{ total|amount_in_words }}</w:t>
      </w:r>
    </w:p>
    <w:p>
      <w:pPr>
        <w:spacing w:after="0" w:before="0"/>
      </w:pPr>
      <w:r>
        <w:rPr>
          <w:rFonts w:ascii="Arial" w:hAnsi="Arial"/>
          <w:b w:val="0"/>
          <w:caps w:val="0"/>
          <w:color w:val="A0A0A0"/>
          <w:sz w:val="12"/>
        </w:rPr>
        <w:t>{%p endif %}</w:t>
      </w:r>
    </w:p>
    <w:sectPr w:rsidR="00FC693F" w:rsidRPr="0006063C" w:rsidSect="00034616">
      <w:headerReference w:type="default" r:id="rId9"/>
      <w:pgSz w:w="11906" w:h="16838"/>
      <w:pgMar w:top="1020" w:right="850" w:bottom="907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4680" w:val="clear"/>
        <w:tab w:pos="9360" w:val="clear"/>
        <w:tab w:pos="10205" w:val="right"/>
      </w:tabs>
      <w:spacing w:after="0" w:before="0"/>
    </w:pPr>
    <w:r>
      <w:rPr>
        <w:rFonts w:ascii="Arial" w:hAnsi="Arial"/>
        <w:b/>
        <w:caps w:val="0"/>
        <w:color w:val="2E3A59"/>
        <w:sz w:val="16"/>
      </w:rPr>
    </w:r>
    <w:r>
      <w:rPr>
        <w:rFonts w:ascii="Arial" w:hAnsi="Arial"/>
        <w:b w:val="0"/>
        <w:caps w:val="0"/>
        <w:sz w:val="16"/>
      </w:rPr>
      <w:tab/>
    </w:r>
    <w:fldSimple w:instr="PAGE">
      <w:r>
        <w:rPr>
          <w:sz w:val="16"/>
          <w:color w:val="6B7280"/>
        </w:rPr>
        <w:t>1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